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50AD" w:rsidRPr="00BD36B2" w:rsidRDefault="00000000">
      <w:pPr>
        <w:pStyle w:val="Titolo"/>
        <w:jc w:val="center"/>
        <w:rPr>
          <w:lang w:val="it-IT"/>
        </w:rPr>
      </w:pPr>
      <w:r w:rsidRPr="00BD36B2">
        <w:rPr>
          <w:lang w:val="it-IT"/>
        </w:rPr>
        <w:t>Martina Trombadore</w:t>
      </w:r>
    </w:p>
    <w:p w:rsidR="00FB50AD" w:rsidRPr="00BD36B2" w:rsidRDefault="00000000">
      <w:pPr>
        <w:jc w:val="center"/>
        <w:rPr>
          <w:lang w:val="it-IT"/>
        </w:rPr>
      </w:pPr>
      <w:r>
        <w:rPr>
          <w:i/>
        </w:rPr>
        <w:t>📍</w:t>
      </w:r>
      <w:r w:rsidRPr="00BD36B2">
        <w:rPr>
          <w:i/>
          <w:lang w:val="it-IT"/>
        </w:rPr>
        <w:t xml:space="preserve"> Via Geminiani 5 – Imola (BO) | </w:t>
      </w:r>
      <w:r>
        <w:rPr>
          <w:i/>
        </w:rPr>
        <w:t>📞</w:t>
      </w:r>
      <w:r w:rsidRPr="00BD36B2">
        <w:rPr>
          <w:i/>
          <w:lang w:val="it-IT"/>
        </w:rPr>
        <w:t xml:space="preserve"> 331 3393461 | </w:t>
      </w:r>
      <w:r>
        <w:rPr>
          <w:i/>
        </w:rPr>
        <w:t>📧</w:t>
      </w:r>
      <w:r w:rsidRPr="00BD36B2">
        <w:rPr>
          <w:i/>
          <w:lang w:val="it-IT"/>
        </w:rPr>
        <w:t xml:space="preserve"> martytro@hotmail.com</w:t>
      </w:r>
      <w:r w:rsidRPr="00BD36B2">
        <w:rPr>
          <w:i/>
          <w:lang w:val="it-IT"/>
        </w:rPr>
        <w:br/>
      </w:r>
      <w:r>
        <w:rPr>
          <w:i/>
        </w:rPr>
        <w:t>🗓</w:t>
      </w:r>
      <w:r w:rsidRPr="00BD36B2">
        <w:rPr>
          <w:i/>
          <w:lang w:val="it-IT"/>
        </w:rPr>
        <w:t xml:space="preserve"> Nata il 29/08/1986 | </w:t>
      </w:r>
      <w:r>
        <w:rPr>
          <w:i/>
        </w:rPr>
        <w:t>🇮🇹</w:t>
      </w:r>
      <w:r w:rsidRPr="00BD36B2">
        <w:rPr>
          <w:i/>
          <w:lang w:val="it-IT"/>
        </w:rPr>
        <w:t xml:space="preserve"> Nazionalità italiana</w:t>
      </w:r>
    </w:p>
    <w:p w:rsidR="00FB50AD" w:rsidRPr="00BD36B2" w:rsidRDefault="00000000">
      <w:pPr>
        <w:rPr>
          <w:lang w:val="it-IT"/>
        </w:rPr>
      </w:pPr>
      <w:r w:rsidRPr="00BD36B2">
        <w:rPr>
          <w:lang w:val="it-IT"/>
        </w:rPr>
        <w:br/>
      </w:r>
    </w:p>
    <w:p w:rsidR="00FB50AD" w:rsidRPr="00BD36B2" w:rsidRDefault="00000000">
      <w:pPr>
        <w:pStyle w:val="Titolo1"/>
        <w:rPr>
          <w:lang w:val="it-IT"/>
        </w:rPr>
      </w:pPr>
      <w:r w:rsidRPr="00BD36B2">
        <w:rPr>
          <w:lang w:val="it-IT"/>
        </w:rPr>
        <w:t>Profilo Professionale</w:t>
      </w:r>
    </w:p>
    <w:p w:rsidR="00FB50AD" w:rsidRPr="00BD36B2" w:rsidRDefault="00000000">
      <w:pPr>
        <w:rPr>
          <w:lang w:val="it-IT"/>
        </w:rPr>
      </w:pPr>
      <w:r w:rsidRPr="00BD36B2">
        <w:rPr>
          <w:lang w:val="it-IT"/>
        </w:rPr>
        <w:t>Psicologa laureata con lode in Psicologia Clinica, abilitata all’esercizio della professione. Ho maturato significative esperienze in contesti complessi ad alta valenza relazionale e sociale, come il Servizio di Emergenza Psicologica (SEP) della Croce Rossa Italiana, dove mi sono occupata di prevenzione del disagio, sostegno psicologico individuale e di gruppo, osservazione clinica, promozione del benessere e attività formative rivolte a volontari e utenti vulnerabili. Grazie a un solido background in comunicazione e alla mia sensibilità artistica, integro creatività e ascolto empatico nella relazione d’aiuto, sia in ambito clinico che psicosociale.</w:t>
      </w:r>
    </w:p>
    <w:p w:rsidR="00FB50AD" w:rsidRDefault="00000000">
      <w:pPr>
        <w:pStyle w:val="Titolo1"/>
      </w:pPr>
      <w:proofErr w:type="spellStart"/>
      <w:r>
        <w:t>Esperienze</w:t>
      </w:r>
      <w:proofErr w:type="spellEnd"/>
      <w:r>
        <w:t xml:space="preserve"> </w:t>
      </w:r>
      <w:proofErr w:type="spellStart"/>
      <w:r>
        <w:t>Professionali</w:t>
      </w:r>
      <w:proofErr w:type="spellEnd"/>
      <w:r>
        <w:t xml:space="preserve"> Significative</w:t>
      </w:r>
    </w:p>
    <w:p w:rsidR="00BD36B2" w:rsidRPr="00BD36B2" w:rsidRDefault="00BD36B2" w:rsidP="00BD36B2"/>
    <w:p w:rsidR="00FB50AD" w:rsidRDefault="00000000">
      <w:pPr>
        <w:pStyle w:val="Puntoelenco"/>
        <w:rPr>
          <w:lang w:val="it-IT"/>
        </w:rPr>
      </w:pPr>
      <w:r w:rsidRPr="00BD36B2">
        <w:rPr>
          <w:lang w:val="it-IT"/>
        </w:rPr>
        <w:t>Tirocinio professionalizzante post-</w:t>
      </w:r>
      <w:proofErr w:type="spellStart"/>
      <w:r w:rsidRPr="00BD36B2">
        <w:rPr>
          <w:lang w:val="it-IT"/>
        </w:rPr>
        <w:t>lauream</w:t>
      </w:r>
      <w:proofErr w:type="spellEnd"/>
      <w:r w:rsidRPr="00BD36B2">
        <w:rPr>
          <w:lang w:val="it-IT"/>
        </w:rPr>
        <w:t xml:space="preserve"> (2023–2024)</w:t>
      </w:r>
      <w:r w:rsidRPr="00BD36B2">
        <w:rPr>
          <w:lang w:val="it-IT"/>
        </w:rPr>
        <w:br/>
        <w:t>Croce Rossa Italiana – Comitato di Imola (BO)</w:t>
      </w:r>
    </w:p>
    <w:p w:rsidR="00BD36B2" w:rsidRDefault="00BD36B2">
      <w:pPr>
        <w:pStyle w:val="Puntoelenco"/>
        <w:rPr>
          <w:lang w:val="it-IT"/>
        </w:rPr>
      </w:pPr>
      <w:r>
        <w:rPr>
          <w:lang w:val="it-IT"/>
        </w:rPr>
        <w:t>Libera Professione – Psicologa clinica (2025)</w:t>
      </w:r>
    </w:p>
    <w:p w:rsidR="00BD36B2" w:rsidRPr="00BD36B2" w:rsidRDefault="00BD36B2">
      <w:pPr>
        <w:pStyle w:val="Puntoelenco"/>
        <w:rPr>
          <w:lang w:val="it-IT"/>
        </w:rPr>
      </w:pPr>
      <w:r>
        <w:rPr>
          <w:lang w:val="it-IT"/>
        </w:rPr>
        <w:t xml:space="preserve">Insegnante di sostegno – </w:t>
      </w:r>
      <w:proofErr w:type="spellStart"/>
      <w:r>
        <w:rPr>
          <w:lang w:val="it-IT"/>
        </w:rPr>
        <w:t>Ciofs</w:t>
      </w:r>
      <w:proofErr w:type="spellEnd"/>
      <w:r>
        <w:rPr>
          <w:lang w:val="it-IT"/>
        </w:rPr>
        <w:t xml:space="preserve"> Imola (2025)</w:t>
      </w:r>
    </w:p>
    <w:p w:rsidR="00BD36B2" w:rsidRDefault="00000000">
      <w:pPr>
        <w:rPr>
          <w:lang w:val="it-IT"/>
        </w:rPr>
      </w:pPr>
      <w:r w:rsidRPr="00BD36B2">
        <w:rPr>
          <w:lang w:val="it-IT"/>
        </w:rPr>
        <w:t>- Colloqui di supporto psicologico con utenza vulnerabile (anziani, migranti, vittime di trauma)</w:t>
      </w:r>
    </w:p>
    <w:p w:rsidR="00FB50AD" w:rsidRPr="00BD36B2" w:rsidRDefault="00BD36B2">
      <w:pPr>
        <w:rPr>
          <w:lang w:val="it-IT"/>
        </w:rPr>
      </w:pPr>
      <w:r>
        <w:rPr>
          <w:lang w:val="it-IT"/>
        </w:rPr>
        <w:t>- Colloqui di sostegno psicologico rispetto a problematiche di ansia, depressione, paure, fasi di vita significative, lavoro, genitorialità, coppia.</w:t>
      </w:r>
      <w:r w:rsidR="00000000" w:rsidRPr="00BD36B2">
        <w:rPr>
          <w:lang w:val="it-IT"/>
        </w:rPr>
        <w:br/>
        <w:t xml:space="preserve">- Prevenzione del burnout </w:t>
      </w:r>
      <w:r w:rsidR="00000000" w:rsidRPr="00BD36B2">
        <w:rPr>
          <w:lang w:val="it-IT"/>
        </w:rPr>
        <w:br/>
        <w:t>- Osservazione clinica e valutazione del benessere psicofisico</w:t>
      </w:r>
      <w:r w:rsidR="00000000" w:rsidRPr="00BD36B2">
        <w:rPr>
          <w:lang w:val="it-IT"/>
        </w:rPr>
        <w:br/>
        <w:t>- Formazione e supervisione psicosociale in gruppo (RSA e pediatria)</w:t>
      </w:r>
      <w:r w:rsidR="00000000" w:rsidRPr="00BD36B2">
        <w:rPr>
          <w:lang w:val="it-IT"/>
        </w:rPr>
        <w:br/>
        <w:t>- Analisi del clima organizzativo e promozione del benessere</w:t>
      </w:r>
      <w:r w:rsidR="00000000" w:rsidRPr="00BD36B2">
        <w:rPr>
          <w:lang w:val="it-IT"/>
        </w:rPr>
        <w:br/>
        <w:t>- Partecipazione a sportelli di ascolto e progettazione educativa</w:t>
      </w:r>
    </w:p>
    <w:p w:rsidR="00FB50AD" w:rsidRDefault="00000000">
      <w:pPr>
        <w:pStyle w:val="Titolo1"/>
      </w:pPr>
      <w:proofErr w:type="spellStart"/>
      <w:r>
        <w:t>Istruzione</w:t>
      </w:r>
      <w:proofErr w:type="spellEnd"/>
    </w:p>
    <w:p w:rsidR="00FB50AD" w:rsidRPr="00BD36B2" w:rsidRDefault="00000000">
      <w:pPr>
        <w:pStyle w:val="Puntoelenco"/>
        <w:rPr>
          <w:lang w:val="it-IT"/>
        </w:rPr>
      </w:pPr>
      <w:r w:rsidRPr="00BD36B2">
        <w:rPr>
          <w:lang w:val="it-IT"/>
        </w:rPr>
        <w:t>Laurea Magistrale in Psicologia Clinica – Università G. Marconi, Roma (2024), 110/110 e lode</w:t>
      </w:r>
    </w:p>
    <w:p w:rsidR="00FB50AD" w:rsidRPr="00BD36B2" w:rsidRDefault="00000000">
      <w:pPr>
        <w:pStyle w:val="Puntoelenco"/>
        <w:rPr>
          <w:lang w:val="it-IT"/>
        </w:rPr>
      </w:pPr>
      <w:r w:rsidRPr="00BD36B2">
        <w:rPr>
          <w:lang w:val="it-IT"/>
        </w:rPr>
        <w:lastRenderedPageBreak/>
        <w:t>Laurea Triennale in Psicologia – UNINETTUNO, Roma (2018), 110/110</w:t>
      </w:r>
    </w:p>
    <w:p w:rsidR="00FB50AD" w:rsidRPr="00BD36B2" w:rsidRDefault="00000000">
      <w:pPr>
        <w:pStyle w:val="Puntoelenco"/>
        <w:rPr>
          <w:lang w:val="it-IT"/>
        </w:rPr>
      </w:pPr>
      <w:r w:rsidRPr="00BD36B2">
        <w:rPr>
          <w:lang w:val="it-IT"/>
        </w:rPr>
        <w:t>Laurea in Scienze della Comunicazione – Università di Catania (2012), 101/110</w:t>
      </w:r>
    </w:p>
    <w:p w:rsidR="00FB50AD" w:rsidRPr="00BD36B2" w:rsidRDefault="00000000">
      <w:pPr>
        <w:pStyle w:val="Puntoelenco"/>
        <w:rPr>
          <w:lang w:val="it-IT"/>
        </w:rPr>
      </w:pPr>
      <w:r w:rsidRPr="00BD36B2">
        <w:rPr>
          <w:lang w:val="it-IT"/>
        </w:rPr>
        <w:t>Diploma di Maturità Scientifica – Liceo “Elio Vittorini”, Lentini (2005), 92/100</w:t>
      </w:r>
    </w:p>
    <w:p w:rsidR="00FB50AD" w:rsidRPr="00BD36B2" w:rsidRDefault="00000000">
      <w:pPr>
        <w:pStyle w:val="Titolo1"/>
        <w:rPr>
          <w:lang w:val="it-IT"/>
        </w:rPr>
      </w:pPr>
      <w:r w:rsidRPr="00BD36B2">
        <w:rPr>
          <w:lang w:val="it-IT"/>
        </w:rPr>
        <w:t>Competenze Cliniche e Relazionali</w:t>
      </w:r>
    </w:p>
    <w:p w:rsidR="00FB50AD" w:rsidRPr="00BD36B2" w:rsidRDefault="00000000">
      <w:pPr>
        <w:rPr>
          <w:lang w:val="it-IT"/>
        </w:rPr>
      </w:pPr>
      <w:r w:rsidRPr="00BD36B2">
        <w:rPr>
          <w:lang w:val="it-IT"/>
        </w:rPr>
        <w:t>- Colloquio psicologico clinico e psicosociale</w:t>
      </w:r>
      <w:r w:rsidRPr="00BD36B2">
        <w:rPr>
          <w:lang w:val="it-IT"/>
        </w:rPr>
        <w:br/>
        <w:t>- Osservazione e raccolta dati</w:t>
      </w:r>
      <w:r w:rsidRPr="00BD36B2">
        <w:rPr>
          <w:lang w:val="it-IT"/>
        </w:rPr>
        <w:br/>
        <w:t>- Gestione dell’ansia e del trauma</w:t>
      </w:r>
      <w:r w:rsidRPr="00BD36B2">
        <w:rPr>
          <w:lang w:val="it-IT"/>
        </w:rPr>
        <w:br/>
        <w:t xml:space="preserve">- </w:t>
      </w:r>
      <w:proofErr w:type="spellStart"/>
      <w:r w:rsidRPr="00BD36B2">
        <w:rPr>
          <w:lang w:val="it-IT"/>
        </w:rPr>
        <w:t>Psicoeducazione</w:t>
      </w:r>
      <w:proofErr w:type="spellEnd"/>
      <w:r w:rsidRPr="00BD36B2">
        <w:rPr>
          <w:lang w:val="it-IT"/>
        </w:rPr>
        <w:t xml:space="preserve"> e promozione del benessere</w:t>
      </w:r>
      <w:r w:rsidRPr="00BD36B2">
        <w:rPr>
          <w:lang w:val="it-IT"/>
        </w:rPr>
        <w:br/>
        <w:t>- Supervisione di gruppi</w:t>
      </w:r>
      <w:r w:rsidRPr="00BD36B2">
        <w:rPr>
          <w:lang w:val="it-IT"/>
        </w:rPr>
        <w:br/>
        <w:t>- Lavoro d’équipe e in contesti emergenziali</w:t>
      </w:r>
    </w:p>
    <w:p w:rsidR="00FB50AD" w:rsidRDefault="00000000">
      <w:pPr>
        <w:pStyle w:val="Titolo1"/>
      </w:pPr>
      <w:proofErr w:type="spellStart"/>
      <w:r>
        <w:t>Altre</w:t>
      </w:r>
      <w:proofErr w:type="spellEnd"/>
      <w:r>
        <w:t xml:space="preserve"> </w:t>
      </w:r>
      <w:proofErr w:type="spellStart"/>
      <w:r>
        <w:t>Esperienze</w:t>
      </w:r>
      <w:proofErr w:type="spellEnd"/>
      <w:r>
        <w:t xml:space="preserve"> </w:t>
      </w:r>
      <w:proofErr w:type="spellStart"/>
      <w:r>
        <w:t>Professionali</w:t>
      </w:r>
      <w:proofErr w:type="spellEnd"/>
    </w:p>
    <w:p w:rsidR="00FB50AD" w:rsidRPr="00BD36B2" w:rsidRDefault="00000000">
      <w:pPr>
        <w:pStyle w:val="Puntoelenco"/>
        <w:rPr>
          <w:lang w:val="it-IT"/>
        </w:rPr>
      </w:pPr>
      <w:r w:rsidRPr="00BD36B2">
        <w:rPr>
          <w:lang w:val="it-IT"/>
        </w:rPr>
        <w:t xml:space="preserve">Grafica e Comunicazione – </w:t>
      </w:r>
      <w:proofErr w:type="spellStart"/>
      <w:r w:rsidRPr="00BD36B2">
        <w:rPr>
          <w:lang w:val="it-IT"/>
        </w:rPr>
        <w:t>Glastebo</w:t>
      </w:r>
      <w:proofErr w:type="spellEnd"/>
      <w:r w:rsidRPr="00BD36B2">
        <w:rPr>
          <w:lang w:val="it-IT"/>
        </w:rPr>
        <w:t xml:space="preserve"> International (2019–2024)</w:t>
      </w:r>
    </w:p>
    <w:p w:rsidR="00FB50AD" w:rsidRPr="00BD36B2" w:rsidRDefault="00000000">
      <w:pPr>
        <w:pStyle w:val="Puntoelenco"/>
        <w:rPr>
          <w:lang w:val="it-IT"/>
        </w:rPr>
      </w:pPr>
      <w:r w:rsidRPr="00BD36B2">
        <w:rPr>
          <w:lang w:val="it-IT"/>
        </w:rPr>
        <w:t>Social Media &amp; Video Editor – Freelance con CMC Arredamenti (dal 2013)</w:t>
      </w:r>
    </w:p>
    <w:p w:rsidR="00FB50AD" w:rsidRPr="00BD36B2" w:rsidRDefault="00000000">
      <w:pPr>
        <w:pStyle w:val="Puntoelenco"/>
        <w:rPr>
          <w:lang w:val="it-IT"/>
        </w:rPr>
      </w:pPr>
      <w:r w:rsidRPr="00BD36B2">
        <w:rPr>
          <w:lang w:val="it-IT"/>
        </w:rPr>
        <w:t>Coordinatrice Generale – SMUL Scuola Musicale Leontina</w:t>
      </w:r>
    </w:p>
    <w:p w:rsidR="00FB50AD" w:rsidRDefault="00000000">
      <w:pPr>
        <w:pStyle w:val="Puntoelenco"/>
      </w:pPr>
      <w:r>
        <w:t>Stage HR – iA Technologies SRL</w:t>
      </w:r>
    </w:p>
    <w:p w:rsidR="00FB50AD" w:rsidRDefault="00000000">
      <w:pPr>
        <w:pStyle w:val="Titolo1"/>
      </w:pPr>
      <w:r>
        <w:t>Competenze Informatiche e Creative</w:t>
      </w:r>
    </w:p>
    <w:p w:rsidR="00FB50AD" w:rsidRPr="00BD36B2" w:rsidRDefault="00000000">
      <w:pPr>
        <w:rPr>
          <w:lang w:val="it-IT"/>
        </w:rPr>
      </w:pPr>
      <w:r w:rsidRPr="00BD36B2">
        <w:rPr>
          <w:lang w:val="it-IT"/>
        </w:rPr>
        <w:t xml:space="preserve">- Adobe Suite (Photoshop, Illustrator, Premiere), </w:t>
      </w:r>
      <w:proofErr w:type="spellStart"/>
      <w:r w:rsidRPr="00BD36B2">
        <w:rPr>
          <w:lang w:val="it-IT"/>
        </w:rPr>
        <w:t>Final</w:t>
      </w:r>
      <w:proofErr w:type="spellEnd"/>
      <w:r w:rsidRPr="00BD36B2">
        <w:rPr>
          <w:lang w:val="it-IT"/>
        </w:rPr>
        <w:t xml:space="preserve"> </w:t>
      </w:r>
      <w:proofErr w:type="spellStart"/>
      <w:r w:rsidRPr="00BD36B2">
        <w:rPr>
          <w:lang w:val="it-IT"/>
        </w:rPr>
        <w:t>Cut</w:t>
      </w:r>
      <w:proofErr w:type="spellEnd"/>
      <w:r w:rsidRPr="00BD36B2">
        <w:rPr>
          <w:lang w:val="it-IT"/>
        </w:rPr>
        <w:br/>
        <w:t>- Produzione video, materiali educativi e multimediali</w:t>
      </w:r>
      <w:r w:rsidRPr="00BD36B2">
        <w:rPr>
          <w:lang w:val="it-IT"/>
        </w:rPr>
        <w:br/>
        <w:t>- Esperta in comunicazione visiva per la promozione del benessere</w:t>
      </w:r>
    </w:p>
    <w:p w:rsidR="00FB50AD" w:rsidRPr="00BD36B2" w:rsidRDefault="00000000">
      <w:pPr>
        <w:pStyle w:val="Titolo1"/>
        <w:rPr>
          <w:lang w:val="it-IT"/>
        </w:rPr>
      </w:pPr>
      <w:r w:rsidRPr="00BD36B2">
        <w:rPr>
          <w:lang w:val="it-IT"/>
        </w:rPr>
        <w:t>Lingue</w:t>
      </w:r>
    </w:p>
    <w:p w:rsidR="00FB50AD" w:rsidRPr="00BD36B2" w:rsidRDefault="00000000">
      <w:pPr>
        <w:rPr>
          <w:lang w:val="it-IT"/>
        </w:rPr>
      </w:pPr>
      <w:r w:rsidRPr="00BD36B2">
        <w:rPr>
          <w:lang w:val="it-IT"/>
        </w:rPr>
        <w:t>- Inglese: ottimo | Spagnolo: buono | Cinese: base</w:t>
      </w:r>
    </w:p>
    <w:p w:rsidR="00FB50AD" w:rsidRPr="00BD36B2" w:rsidRDefault="00000000">
      <w:pPr>
        <w:pStyle w:val="Titolo1"/>
        <w:rPr>
          <w:lang w:val="it-IT"/>
        </w:rPr>
      </w:pPr>
      <w:r w:rsidRPr="00BD36B2">
        <w:rPr>
          <w:lang w:val="it-IT"/>
        </w:rPr>
        <w:t>Altre Informazioni</w:t>
      </w:r>
    </w:p>
    <w:p w:rsidR="00FB50AD" w:rsidRPr="00BD36B2" w:rsidRDefault="00000000">
      <w:pPr>
        <w:rPr>
          <w:lang w:val="it-IT"/>
        </w:rPr>
      </w:pPr>
      <w:r w:rsidRPr="00BD36B2">
        <w:rPr>
          <w:lang w:val="it-IT"/>
        </w:rPr>
        <w:t>- Volontaria per la tutela animale (Ass. P.A.C.E.)</w:t>
      </w:r>
      <w:r w:rsidRPr="00BD36B2">
        <w:rPr>
          <w:lang w:val="it-IT"/>
        </w:rPr>
        <w:br/>
        <w:t>- Patente B – Automunita</w:t>
      </w:r>
    </w:p>
    <w:p w:rsidR="00FB50AD" w:rsidRPr="00BD36B2" w:rsidRDefault="00000000">
      <w:pPr>
        <w:pStyle w:val="Titolo1"/>
        <w:rPr>
          <w:lang w:val="it-IT"/>
        </w:rPr>
      </w:pPr>
      <w:r w:rsidRPr="00BD36B2">
        <w:rPr>
          <w:lang w:val="it-IT"/>
        </w:rPr>
        <w:t>Perché Scegliere Me</w:t>
      </w:r>
    </w:p>
    <w:p w:rsidR="00FB50AD" w:rsidRPr="00BD36B2" w:rsidRDefault="00000000">
      <w:pPr>
        <w:rPr>
          <w:lang w:val="it-IT"/>
        </w:rPr>
      </w:pPr>
      <w:r w:rsidRPr="00BD36B2">
        <w:rPr>
          <w:lang w:val="it-IT"/>
        </w:rPr>
        <w:t>Psicologa dinamica, empatica, flessibile e creativa. Forte orientamento all’ascolto, all’intervento tempestivo e alla promozione del benessere. Appassionata nel lavoro con persone in difficoltà, accompagno con delicatezza nei momenti critici. Valorizzo il lavoro in rete, il supporto tra colleghi e la formazione continua.</w:t>
      </w:r>
    </w:p>
    <w:sectPr w:rsidR="00FB50AD" w:rsidRPr="00BD36B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48487791">
    <w:abstractNumId w:val="8"/>
  </w:num>
  <w:num w:numId="2" w16cid:durableId="1038435520">
    <w:abstractNumId w:val="6"/>
  </w:num>
  <w:num w:numId="3" w16cid:durableId="325941430">
    <w:abstractNumId w:val="5"/>
  </w:num>
  <w:num w:numId="4" w16cid:durableId="1484081068">
    <w:abstractNumId w:val="4"/>
  </w:num>
  <w:num w:numId="5" w16cid:durableId="1042707779">
    <w:abstractNumId w:val="7"/>
  </w:num>
  <w:num w:numId="6" w16cid:durableId="1755125806">
    <w:abstractNumId w:val="3"/>
  </w:num>
  <w:num w:numId="7" w16cid:durableId="1888252775">
    <w:abstractNumId w:val="2"/>
  </w:num>
  <w:num w:numId="8" w16cid:durableId="1657102028">
    <w:abstractNumId w:val="1"/>
  </w:num>
  <w:num w:numId="9" w16cid:durableId="1734085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C051C"/>
    <w:rsid w:val="00326F90"/>
    <w:rsid w:val="00AA1D8D"/>
    <w:rsid w:val="00B47730"/>
    <w:rsid w:val="00BD36B2"/>
    <w:rsid w:val="00CB0664"/>
    <w:rsid w:val="00FB50A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E970CC"/>
  <w14:defaultImageDpi w14:val="300"/>
  <w15:docId w15:val="{2F796AA9-DC1A-AE4B-AC30-46E7BDF6D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Office User</cp:lastModifiedBy>
  <cp:revision>2</cp:revision>
  <dcterms:created xsi:type="dcterms:W3CDTF">2025-10-16T16:48:00Z</dcterms:created>
  <dcterms:modified xsi:type="dcterms:W3CDTF">2025-10-16T16:48:00Z</dcterms:modified>
  <cp:category/>
</cp:coreProperties>
</file>